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מילה מהמשפחה למילה 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בנויים רוב השורשים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שונים: שמ"ר ו-שי"ר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(רק"ד)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(שמ"ר)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מוצאים שורש?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הורידו אותיות נוספות מההתחלה, כמו ה, מ,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שנשארו שלוש אותיות 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- זה השורש!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שיש בו שתי מילים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קבועות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עם שורש של שלוש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יש להן אותו שורש של שלוש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מילה על הלוח ולבקש מהתלמידים להוריד תוספות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שלא כל מילה דומה שייכת לאותה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מוצאים את השורש של מילה, ואיך בונים ממנו משפחה שלמה של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למד  ·  שחק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"כותב"?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"מרקדת"?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לרוב השורשים בעברית יש 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"שומר" ו"שיר"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"משחק"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"תלמיד" שייכת למשפחת השורש __________ כמו "לומדת".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רק"ד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איך מוצאים שורש?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שנשארו שלוש אותיות עיקריות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זהו - זה השורש!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הורידו אותיות נוספות מההתחלה, כמו ה, מ, 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המילה כולה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שתי מילים מאותו שורש (לדוגמה: שומר ושמירה).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אחת ולשורש שלה.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