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של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משפחת מילים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מילה מהמשפחה למילה 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מצאו 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בנויים רוב השורשים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להן שורשים שונים: שמ"ר ו-שי"ר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נוצרות מילים חדשות מאותו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שלוש אותיות שורש זהות, לא רק אות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לשורש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(כת"ב)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(רק"ד)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(שמ"ר)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(למ"ד)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(גד"ל)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איך מוצאים שורש?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המילה כולה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הורידו אותיות נוספות מההתחלה, כמו ה, מ, 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הורידו אותיות נוספות מהסוף, כמו ים, ה, 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בדקו שנשארו שלוש אותיות עיקריות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זהו - זה השורש!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שיש בו שתי מילים מאותה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שיחק, משחק, שחקן - כל אחת עם תוספת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אותיות קבועות שחוזרות במילים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נכונה עם שורש של שלוש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אם יש להן אותו שורש של שלוש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בכתיבת מילה על הלוח ולבקש מהתלמידים להוריד תוספות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שלא כל מילה דומה שייכת לאותה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זה שורש, ואיך מוצאים מילים שבאות מאותו שורש.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האותיות הקבועות שחוזרות בכל מילות 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שיש להן 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תוספת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שמוסיפים לפני, באמצע או אחרי השורש כדי ליצור מילה 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 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אחת משלוש האותיות שמרכיבות את השורש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שלא שייכת למשפחה כי יש לה שורש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בסיס המילה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הקבוע שנשאר אחרי הורדת התוספות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מצאו 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שורש יש למילה כותב?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שורש יש למילה מרקדת?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דתמ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קשורה לשמר?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שורש יש למילה התגדלו?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שורש חוזר בכל המילים האלה?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דנת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לרוב השורשים בעברית יש שלוש אותיות.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"שומר" ו"שיר" שייכות לאותה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להוסיף אותיות לפני ואחרי השורש כדי ליצור מילים חדשות.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המילים שמתחילות באותה אות שייכות לאותה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"משחק"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"תלמיד" שייכת למשפחת השורש __________ כמו "לומדת".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ילד ש"גדל" הופך להיות __________ (איש גדול).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"שומרים" שייכת למשפחת השורש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לשורש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גד"ל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רוקדת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שמ"ר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שומרים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כת"ב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מתלמד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רק"ד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התגדלנו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למ"ד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איך מוצאים שורש?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זהו - זה השורש!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שנשארו שלוש אותיות עיקריות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הורידו אותיות נוספות מההתחלה, כמו ה, מ, 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הורידו אותיות נוספות מהסוף, כמו ים, ה, 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המילה כולה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שתי מילים מאותו שורש (לדוגמה: שומר ושמירה).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מילים שונות מהשורש שח"ק והסבירו מה ההבדל ביניהן.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אחת ולשורש שלה.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יודעים אם שתי מילים שייכות לאותה 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