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השורש של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משפחת מילים מאותו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מילה מהמשפחה למילה 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מצאו את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רקד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בנויים רוב השורשים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להן שורשים שונים: שמ"ר ו-שי"ר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נוצרות מילים חדשות מאותו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צריך שלוש אותיות שורש זהות, לא רק אות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לשורש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(כת"ב)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(רק"ד)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(שמ"ר)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(למ"ד)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(גד"ל)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איך מוצאים שורש? סדרו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 את המילה כולה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הורידו אותיות נוספות מההתחלה, כמו ה, מ, 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הורידו אותיות נוספות מהסוף, כמו ים, ה, 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בדקו שנשארו שלוש אותיות עיקריות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זהו - זה השורש!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הגיוני שיש בו שתי מילים מאותה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שיחק, משחק, שחקן - כל אחת עם תוספת אחרת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אותיות קבועות שחוזרות במילים מאותה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נכונה עם שורש של שלוש 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אם יש להן אותו שורש של שלוש 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בכתיבת מילה על הלוח ולבקש מהתלמידים להוריד תוספות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שלא כל מילה דומה שייכת לאותה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איך מוצאים את השורש של מילה, ואיך בונים ממנו משפחה שלמה של מילים.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מצאו את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השורש של המילה "כותב"?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השורש של המילה "מרקדת"?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דתמ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שייכת למשפחת השורש שמ"ר?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השורש של המילה "התגדלו"?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שורש משותף למילים "לומד", "למדן", "תלמיד"?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דנת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לרוב השורשים בעברית יש שלוש אותיות.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"שומר" ו"שיר" שייכות לאותה 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להוסיף אותיות לפני ואחרי השורש כדי ליצור מילים חדשות.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המילים שמתחילות באותה אות שייכות לאותה 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"משחק"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"תלמיד" שייכת למשפחת השורש __________ כמו "לומדת".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ילד ש"גדל" הופך להיות __________ (איש גדול).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"שומרים" שייכת למשפחת השורש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לשורש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למ"ד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רוקדת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שמ"ר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שומרים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גד"ל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מתלמד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כת"ב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התגדלנו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רק"ד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איך מוצאים שורש? סדרו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הורידו אותיות נוספות מהסוף, כמו ים, ה, 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שנשארו שלוש אותיות עיקריות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הורידו אותיות נוספות מההתחלה, כמו ה, מ, 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זהו - זה השורש!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את המילה כולה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שיש בו שתי מילים מאותו שורש (לדוגמה: שומר ושמירה).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 מילים שונות מהשורש שח"ק והסבירו מה ההבדל ביניהן.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אחת ולשורש שלה.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יודעים אם שתי מילים שייכות לאותה 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 ומשפחת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